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F0AF7" w:rsidR="6E9E01E2" w:rsidP="00AC3B20" w:rsidRDefault="6E9E01E2" w14:paraId="25C09DAF" w14:textId="645A7A63">
      <w:pPr>
        <w:adjustRightInd w:val="0"/>
        <w:snapToGrid w:val="0"/>
        <w:spacing w:after="0"/>
        <w:rPr>
          <w:lang w:eastAsia="ja-JP"/>
        </w:rPr>
      </w:pPr>
      <w:r w:rsidRPr="43975B62">
        <w:rPr>
          <w:b/>
          <w:lang w:eastAsia="ja-JP"/>
        </w:rPr>
        <w:t>様式第１号（第７条関係）</w:t>
      </w:r>
    </w:p>
    <w:p w:rsidR="43975B62" w:rsidP="00AC3B20" w:rsidRDefault="43975B62" w14:paraId="4077191E" w14:textId="56792772">
      <w:pPr>
        <w:adjustRightInd w:val="0"/>
        <w:snapToGrid w:val="0"/>
        <w:spacing w:after="0"/>
        <w:rPr>
          <w:b/>
          <w:bCs/>
          <w:lang w:eastAsia="ja-JP"/>
        </w:rPr>
      </w:pPr>
    </w:p>
    <w:p w:rsidRPr="00F97497" w:rsidR="6E9E01E2" w:rsidP="00AC3B20" w:rsidRDefault="6E9E01E2" w14:paraId="2D7A1743" w14:textId="28D295DE">
      <w:pPr>
        <w:adjustRightInd w:val="0"/>
        <w:snapToGrid w:val="0"/>
        <w:spacing w:after="0"/>
        <w:jc w:val="center"/>
        <w:rPr>
          <w:lang w:eastAsia="ja-JP"/>
        </w:rPr>
      </w:pPr>
      <w:r w:rsidRPr="6E757E5D">
        <w:rPr>
          <w:b/>
          <w:lang w:eastAsia="ja-JP"/>
        </w:rPr>
        <w:t>前橋市防災ラジオ購入費補助金交付申請兼実績報告兼請求書</w:t>
      </w:r>
    </w:p>
    <w:p w:rsidR="6E757E5D" w:rsidP="00AC3B20" w:rsidRDefault="6E757E5D" w14:paraId="05B99135" w14:textId="04CFA2D2">
      <w:pPr>
        <w:adjustRightInd w:val="0"/>
        <w:snapToGrid w:val="0"/>
        <w:spacing w:after="0"/>
        <w:jc w:val="center"/>
        <w:rPr>
          <w:b/>
          <w:lang w:eastAsia="ja-JP"/>
        </w:rPr>
      </w:pPr>
    </w:p>
    <w:p w:rsidR="6E9E01E2" w:rsidP="00AC3B20" w:rsidRDefault="6E9E01E2" w14:paraId="2466564B" w14:textId="71C74F9C">
      <w:pPr>
        <w:adjustRightInd w:val="0"/>
        <w:snapToGrid w:val="0"/>
        <w:spacing w:after="0"/>
        <w:jc w:val="right"/>
      </w:pPr>
      <w:r>
        <w:t>年　　月　　日</w:t>
      </w:r>
    </w:p>
    <w:p w:rsidR="00C77863" w:rsidP="00AC3B20" w:rsidRDefault="00815F13" w14:paraId="301529C1" w14:textId="77777777">
      <w:pPr>
        <w:adjustRightInd w:val="0"/>
        <w:snapToGrid w:val="0"/>
        <w:spacing w:after="0"/>
        <w:jc w:val="right"/>
      </w:pPr>
      <w:r>
        <w:t>（</w:t>
      </w:r>
      <w:proofErr w:type="spellStart"/>
      <w:r>
        <w:t>宛先）前橋市長</w:t>
      </w:r>
      <w:proofErr w:type="spellEnd"/>
    </w:p>
    <w:p w:rsidR="00C77863" w:rsidP="491805BF" w:rsidRDefault="378C2639" w14:paraId="3B203FEF" w14:textId="7728CE45">
      <w:pPr>
        <w:adjustRightInd w:val="0"/>
        <w:snapToGrid w:val="0"/>
        <w:spacing w:after="0"/>
        <w:ind w:right="660"/>
      </w:pPr>
      <w:r>
        <w:t xml:space="preserve">　　　　　　　　　　　　</w:t>
      </w:r>
      <w:proofErr w:type="spellStart"/>
      <w:r w:rsidR="2BE1F57C">
        <w:t>申請者</w:t>
      </w:r>
      <w:proofErr w:type="spellEnd"/>
      <w:r w:rsidR="2BE1F57C">
        <w:t xml:space="preserve">　住所　</w:t>
      </w:r>
      <w:r w:rsidR="10B6CBB5">
        <w:t xml:space="preserve">　</w:t>
      </w:r>
      <w:r w:rsidR="25734511">
        <w:t xml:space="preserve">　</w:t>
      </w:r>
      <w:r w:rsidR="052E314A">
        <w:t xml:space="preserve">　　　　</w:t>
      </w:r>
      <w:r w:rsidR="10B6CBB5">
        <w:t xml:space="preserve">　　　</w:t>
      </w:r>
      <w:r w:rsidR="2BE1F57C">
        <w:t xml:space="preserve">　　　　　　　　　　　　　　</w:t>
      </w:r>
    </w:p>
    <w:p w:rsidR="00C77863" w:rsidP="491805BF" w:rsidRDefault="26B335C4" w14:paraId="717CDCC3" w14:textId="4BA57AF7">
      <w:pPr>
        <w:adjustRightInd w:val="0"/>
        <w:snapToGrid w:val="0"/>
        <w:spacing w:after="0"/>
        <w:rPr>
          <w:lang w:eastAsia="ja-JP"/>
        </w:rPr>
      </w:pPr>
      <w:r>
        <w:t xml:space="preserve">　　　　　　　　　　　　　　</w:t>
      </w:r>
      <w:r w:rsidR="7E4AFEC1">
        <w:t xml:space="preserve">　</w:t>
      </w:r>
      <w:r>
        <w:t xml:space="preserve">　</w:t>
      </w:r>
      <w:proofErr w:type="spellStart"/>
      <w:r w:rsidR="420BB07C">
        <w:t>氏名</w:t>
      </w:r>
      <w:proofErr w:type="spellEnd"/>
      <w:r w:rsidR="44452699">
        <w:t xml:space="preserve">　　　　　　　　　　　　　　　　　</w:t>
      </w:r>
    </w:p>
    <w:p w:rsidR="491805BF" w:rsidP="00474CC5" w:rsidRDefault="420BB07C" w14:paraId="2932386E" w14:textId="266B2B13">
      <w:pPr>
        <w:adjustRightInd w:val="0"/>
        <w:snapToGrid w:val="0"/>
        <w:spacing w:after="0"/>
        <w:rPr>
          <w:lang w:eastAsia="ja-JP"/>
        </w:rPr>
      </w:pPr>
      <w:r>
        <w:rPr>
          <w:lang w:eastAsia="ja-JP"/>
        </w:rPr>
        <w:t xml:space="preserve">　</w:t>
      </w:r>
      <w:r w:rsidR="16DCF679">
        <w:rPr>
          <w:lang w:eastAsia="ja-JP"/>
        </w:rPr>
        <w:t xml:space="preserve">　　　　　　　　　　　　</w:t>
      </w:r>
      <w:r>
        <w:rPr>
          <w:lang w:eastAsia="ja-JP"/>
        </w:rPr>
        <w:t xml:space="preserve">　　　</w:t>
      </w:r>
      <w:r w:rsidRPr="491805BF">
        <w:rPr>
          <w:lang w:eastAsia="ja-JP"/>
        </w:rPr>
        <w:t xml:space="preserve">生年月日　大正・昭和　　年　</w:t>
      </w:r>
      <w:r w:rsidRPr="491805BF" w:rsidR="6BE812C7">
        <w:rPr>
          <w:lang w:eastAsia="ja-JP"/>
        </w:rPr>
        <w:t xml:space="preserve">　</w:t>
      </w:r>
      <w:r w:rsidRPr="491805BF">
        <w:rPr>
          <w:lang w:eastAsia="ja-JP"/>
        </w:rPr>
        <w:t>月</w:t>
      </w:r>
      <w:r w:rsidRPr="491805BF" w:rsidR="6E674700">
        <w:rPr>
          <w:lang w:eastAsia="ja-JP"/>
        </w:rPr>
        <w:t xml:space="preserve">　</w:t>
      </w:r>
      <w:r w:rsidRPr="491805BF">
        <w:rPr>
          <w:lang w:eastAsia="ja-JP"/>
        </w:rPr>
        <w:t xml:space="preserve">　日</w:t>
      </w:r>
    </w:p>
    <w:p w:rsidR="00C77863" w:rsidP="491805BF" w:rsidRDefault="443C5836" w14:paraId="20BD0F42" w14:textId="3365CD79">
      <w:pPr>
        <w:adjustRightInd w:val="0"/>
        <w:snapToGrid w:val="0"/>
        <w:spacing w:after="0"/>
        <w:rPr>
          <w:lang w:eastAsia="ja-JP"/>
        </w:rPr>
      </w:pPr>
      <w:r w:rsidRPr="491805BF">
        <w:rPr>
          <w:lang w:eastAsia="ja-JP"/>
        </w:rPr>
        <w:t xml:space="preserve">　　　　　　　　</w:t>
      </w:r>
      <w:r w:rsidRPr="491805BF" w:rsidR="27E8C6C1">
        <w:rPr>
          <w:lang w:eastAsia="ja-JP"/>
        </w:rPr>
        <w:t xml:space="preserve">　　　　　　</w:t>
      </w:r>
      <w:r w:rsidRPr="491805BF" w:rsidR="420BB07C">
        <w:rPr>
          <w:lang w:eastAsia="ja-JP"/>
        </w:rPr>
        <w:t xml:space="preserve">　　電話番号　</w:t>
      </w:r>
      <w:r w:rsidRPr="491805BF" w:rsidR="0870095C">
        <w:rPr>
          <w:lang w:eastAsia="ja-JP"/>
        </w:rPr>
        <w:t xml:space="preserve">　　　　　　　　</w:t>
      </w:r>
      <w:r w:rsidRPr="491805BF" w:rsidR="420BB07C">
        <w:rPr>
          <w:lang w:eastAsia="ja-JP"/>
        </w:rPr>
        <w:t xml:space="preserve">　</w:t>
      </w:r>
      <w:r w:rsidRPr="491805BF" w:rsidR="7D070B25">
        <w:rPr>
          <w:lang w:eastAsia="ja-JP"/>
        </w:rPr>
        <w:t xml:space="preserve">　　</w:t>
      </w:r>
      <w:r w:rsidRPr="491805BF" w:rsidR="420BB07C">
        <w:rPr>
          <w:lang w:eastAsia="ja-JP"/>
        </w:rPr>
        <w:t xml:space="preserve">　　　　　　　　　　　</w:t>
      </w:r>
    </w:p>
    <w:p w:rsidR="6E9E01E2" w:rsidP="00AC3B20" w:rsidRDefault="6E9E01E2" w14:paraId="1EE0BFA5" w14:textId="70BADF21">
      <w:pPr>
        <w:adjustRightInd w:val="0"/>
        <w:snapToGrid w:val="0"/>
        <w:spacing w:after="0"/>
        <w:rPr>
          <w:lang w:eastAsia="ja-JP"/>
        </w:rPr>
      </w:pPr>
    </w:p>
    <w:p w:rsidR="00C77863" w:rsidP="00AC3B20" w:rsidRDefault="2A416BED" w14:paraId="66CAF957" w14:textId="37FC2E1D">
      <w:pPr>
        <w:adjustRightInd w:val="0"/>
        <w:snapToGrid w:val="0"/>
        <w:spacing w:after="0"/>
        <w:rPr>
          <w:lang w:eastAsia="ja-JP"/>
        </w:rPr>
      </w:pPr>
      <w:r>
        <w:rPr>
          <w:lang w:eastAsia="ja-JP"/>
        </w:rPr>
        <w:t xml:space="preserve">　前橋市防災ラジオ購入費補助金交付要項第７条の規定により申請するとともに、補助金の交付を請求します。なお、市が住民基本台帳その他公簿等を閲覧し確認することに同意します。</w:t>
      </w:r>
    </w:p>
    <w:tbl>
      <w:tblPr>
        <w:tblStyle w:val="39"/>
        <w:tblW w:w="8640" w:type="dxa"/>
        <w:tblLook w:val="04A0" w:firstRow="1" w:lastRow="0" w:firstColumn="1" w:lastColumn="0" w:noHBand="0" w:noVBand="1"/>
      </w:tblPr>
      <w:tblGrid>
        <w:gridCol w:w="3045"/>
        <w:gridCol w:w="5595"/>
      </w:tblGrid>
      <w:tr w:rsidR="00C77863" w:rsidTr="58A9A0BB" w14:paraId="7B3CEA78" w14:textId="77777777">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045" w:type="dxa"/>
            <w:vAlign w:val="center"/>
          </w:tcPr>
          <w:p w:rsidR="00C77863" w:rsidP="00AC3B20" w:rsidRDefault="6E9E01E2" w14:paraId="03CC7042" w14:textId="77777777">
            <w:pPr>
              <w:adjustRightInd w:val="0"/>
              <w:snapToGrid w:val="0"/>
              <w:jc w:val="center"/>
            </w:pPr>
            <w:proofErr w:type="spellStart"/>
            <w:r>
              <w:t>購入日</w:t>
            </w:r>
            <w:proofErr w:type="spellEnd"/>
          </w:p>
        </w:tc>
        <w:tc>
          <w:tcPr>
            <w:tcW w:w="5595" w:type="dxa"/>
            <w:vAlign w:val="center"/>
          </w:tcPr>
          <w:p w:rsidR="00C77863" w:rsidP="00AC3B20" w:rsidRDefault="7B897A84" w14:paraId="440B5185" w14:textId="4FF8591C">
            <w:pPr>
              <w:adjustRightInd w:val="0"/>
              <w:snapToGrid w:val="0"/>
              <w:cnfStyle w:val="100000000000" w:firstRow="1" w:lastRow="0" w:firstColumn="0" w:lastColumn="0" w:oddVBand="0" w:evenVBand="0" w:oddHBand="0" w:evenHBand="0" w:firstRowFirstColumn="0" w:firstRowLastColumn="0" w:lastRowFirstColumn="0" w:lastRowLastColumn="0"/>
            </w:pPr>
            <w:r>
              <w:t xml:space="preserve">　</w:t>
            </w:r>
            <w:r w:rsidR="6ECE4B42">
              <w:t xml:space="preserve">　年　</w:t>
            </w:r>
            <w:r w:rsidR="4201E7A7">
              <w:t xml:space="preserve">　</w:t>
            </w:r>
            <w:r w:rsidR="6ECE4B42">
              <w:t>月</w:t>
            </w:r>
            <w:r w:rsidR="4443E8F1">
              <w:t xml:space="preserve">　</w:t>
            </w:r>
            <w:r w:rsidR="6ECE4B42">
              <w:t xml:space="preserve">　日</w:t>
            </w:r>
          </w:p>
        </w:tc>
      </w:tr>
      <w:tr w:rsidR="00C77863" w:rsidTr="58A9A0BB" w14:paraId="5B5B7582" w14:textId="77777777">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3045" w:type="dxa"/>
            <w:vAlign w:val="center"/>
          </w:tcPr>
          <w:p w:rsidR="00C77863" w:rsidP="00AC3B20" w:rsidRDefault="6E9E01E2" w14:paraId="412C3DEC" w14:textId="77777777">
            <w:pPr>
              <w:adjustRightInd w:val="0"/>
              <w:snapToGrid w:val="0"/>
              <w:jc w:val="center"/>
            </w:pPr>
            <w:proofErr w:type="spellStart"/>
            <w:r>
              <w:t>購入場所</w:t>
            </w:r>
            <w:proofErr w:type="spellEnd"/>
          </w:p>
        </w:tc>
        <w:tc>
          <w:tcPr>
            <w:tcW w:w="5595" w:type="dxa"/>
            <w:vAlign w:val="center"/>
          </w:tcPr>
          <w:p w:rsidR="00C77863" w:rsidP="00AC3B20" w:rsidRDefault="00984C37" w14:paraId="4B222000" w14:textId="2D7386F8">
            <w:pPr>
              <w:adjustRightInd w:val="0"/>
              <w:snapToGrid w:val="0"/>
              <w:cnfStyle w:val="000000100000" w:firstRow="0" w:lastRow="0" w:firstColumn="0" w:lastColumn="0" w:oddVBand="0" w:evenVBand="0" w:oddHBand="1" w:evenHBand="0" w:firstRowFirstColumn="0" w:firstRowLastColumn="0" w:lastRowFirstColumn="0" w:lastRowLastColumn="0"/>
              <w:rPr>
                <w:lang w:eastAsia="ja-JP"/>
              </w:rPr>
            </w:pPr>
            <w:r>
              <w:rPr>
                <w:rFonts w:hint="eastAsia"/>
                <w:lang w:eastAsia="ja-JP"/>
              </w:rPr>
              <w:t>□</w:t>
            </w:r>
            <w:r w:rsidR="00BB40BB">
              <w:rPr>
                <w:rFonts w:hint="eastAsia"/>
                <w:lang w:eastAsia="ja-JP"/>
              </w:rPr>
              <w:t xml:space="preserve"> </w:t>
            </w:r>
            <w:r w:rsidR="6E9E01E2">
              <w:rPr>
                <w:lang w:eastAsia="ja-JP"/>
              </w:rPr>
              <w:t xml:space="preserve">防災危機管理課　</w:t>
            </w:r>
            <w:r w:rsidR="250CCE80">
              <w:rPr>
                <w:lang w:eastAsia="ja-JP"/>
              </w:rPr>
              <w:t xml:space="preserve">　　</w:t>
            </w:r>
            <w:r>
              <w:rPr>
                <w:rFonts w:hint="eastAsia"/>
                <w:lang w:eastAsia="ja-JP"/>
              </w:rPr>
              <w:t>□</w:t>
            </w:r>
            <w:r w:rsidR="00BB40BB">
              <w:rPr>
                <w:rFonts w:hint="eastAsia"/>
                <w:lang w:eastAsia="ja-JP"/>
              </w:rPr>
              <w:t xml:space="preserve"> </w:t>
            </w:r>
            <w:r w:rsidR="6E9E01E2">
              <w:rPr>
                <w:lang w:eastAsia="ja-JP"/>
              </w:rPr>
              <w:t>まえばし</w:t>
            </w:r>
            <w:r w:rsidR="6E9E01E2">
              <w:rPr>
                <w:lang w:eastAsia="ja-JP"/>
              </w:rPr>
              <w:t>CITY</w:t>
            </w:r>
            <w:r w:rsidR="6E9E01E2">
              <w:rPr>
                <w:lang w:eastAsia="ja-JP"/>
              </w:rPr>
              <w:t>エフエム</w:t>
            </w:r>
          </w:p>
        </w:tc>
      </w:tr>
      <w:tr w:rsidR="00C77863" w:rsidTr="58A9A0BB" w14:paraId="2206BA6B" w14:textId="77777777">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045" w:type="dxa"/>
            <w:vAlign w:val="center"/>
          </w:tcPr>
          <w:p w:rsidR="00C77863" w:rsidP="00AC3B20" w:rsidRDefault="6E9E01E2" w14:paraId="2DA37DED" w14:textId="77777777">
            <w:pPr>
              <w:adjustRightInd w:val="0"/>
              <w:snapToGrid w:val="0"/>
              <w:jc w:val="center"/>
            </w:pPr>
            <w:proofErr w:type="spellStart"/>
            <w:r>
              <w:t>購入金額</w:t>
            </w:r>
            <w:proofErr w:type="spellEnd"/>
          </w:p>
        </w:tc>
        <w:tc>
          <w:tcPr>
            <w:tcW w:w="5595" w:type="dxa"/>
            <w:vAlign w:val="center"/>
          </w:tcPr>
          <w:p w:rsidR="00C77863" w:rsidP="00AC3B20" w:rsidRDefault="6E9E01E2" w14:paraId="0F2CC133" w14:textId="77777777">
            <w:pPr>
              <w:adjustRightInd w:val="0"/>
              <w:snapToGrid w:val="0"/>
              <w:cnfStyle w:val="000000010000" w:firstRow="0" w:lastRow="0" w:firstColumn="0" w:lastColumn="0" w:oddVBand="0" w:evenVBand="0" w:oddHBand="0" w:evenHBand="1" w:firstRowFirstColumn="0" w:firstRowLastColumn="0" w:lastRowFirstColumn="0" w:lastRowLastColumn="0"/>
            </w:pPr>
            <w:r>
              <w:t>5,000</w:t>
            </w:r>
            <w:r>
              <w:t>円</w:t>
            </w:r>
          </w:p>
        </w:tc>
      </w:tr>
      <w:tr w:rsidR="00C77863" w:rsidTr="58A9A0BB" w14:paraId="03124294"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45" w:type="dxa"/>
            <w:vAlign w:val="center"/>
          </w:tcPr>
          <w:p w:rsidR="00C77863" w:rsidP="00AC3B20" w:rsidRDefault="6E9E01E2" w14:paraId="3700C9A3" w14:textId="77777777">
            <w:pPr>
              <w:adjustRightInd w:val="0"/>
              <w:snapToGrid w:val="0"/>
              <w:jc w:val="center"/>
            </w:pPr>
            <w:proofErr w:type="spellStart"/>
            <w:r>
              <w:t>交付申請額（請求額</w:t>
            </w:r>
            <w:proofErr w:type="spellEnd"/>
            <w:r>
              <w:t>）</w:t>
            </w:r>
          </w:p>
        </w:tc>
        <w:tc>
          <w:tcPr>
            <w:tcW w:w="5595" w:type="dxa"/>
            <w:vAlign w:val="center"/>
          </w:tcPr>
          <w:p w:rsidR="00C77863" w:rsidP="00AC3B20" w:rsidRDefault="6E9E01E2" w14:paraId="59B1850C" w14:textId="77777777">
            <w:pPr>
              <w:adjustRightInd w:val="0"/>
              <w:snapToGrid w:val="0"/>
              <w:cnfStyle w:val="000000100000" w:firstRow="0" w:lastRow="0" w:firstColumn="0" w:lastColumn="0" w:oddVBand="0" w:evenVBand="0" w:oddHBand="1" w:evenHBand="0" w:firstRowFirstColumn="0" w:firstRowLastColumn="0" w:lastRowFirstColumn="0" w:lastRowLastColumn="0"/>
            </w:pPr>
            <w:r>
              <w:t>3,000</w:t>
            </w:r>
            <w:r>
              <w:t>円</w:t>
            </w:r>
          </w:p>
        </w:tc>
      </w:tr>
      <w:tr w:rsidR="00C77863" w:rsidTr="58A9A0BB" w14:paraId="111DABEC" w14:textId="77777777">
        <w:trPr>
          <w:cnfStyle w:val="000000010000" w:firstRow="0" w:lastRow="0" w:firstColumn="0" w:lastColumn="0" w:oddVBand="0" w:evenVBand="0" w:oddHBand="0" w:evenHBand="1"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045" w:type="dxa"/>
            <w:vAlign w:val="center"/>
          </w:tcPr>
          <w:p w:rsidR="00C77863" w:rsidP="00AC3B20" w:rsidRDefault="6E9E01E2" w14:paraId="416C911F" w14:textId="77777777">
            <w:pPr>
              <w:adjustRightInd w:val="0"/>
              <w:snapToGrid w:val="0"/>
              <w:jc w:val="center"/>
            </w:pPr>
            <w:proofErr w:type="spellStart"/>
            <w:r>
              <w:t>金融機関名</w:t>
            </w:r>
            <w:proofErr w:type="spellEnd"/>
          </w:p>
        </w:tc>
        <w:tc>
          <w:tcPr>
            <w:tcW w:w="5595" w:type="dxa"/>
            <w:vAlign w:val="center"/>
          </w:tcPr>
          <w:p w:rsidR="00C77863" w:rsidP="00AC3B20" w:rsidRDefault="00C77863" w14:paraId="672A6659" w14:textId="77777777">
            <w:pPr>
              <w:adjustRightInd w:val="0"/>
              <w:snapToGrid w:val="0"/>
              <w:cnfStyle w:val="000000010000" w:firstRow="0" w:lastRow="0" w:firstColumn="0" w:lastColumn="0" w:oddVBand="0" w:evenVBand="0" w:oddHBand="0" w:evenHBand="1" w:firstRowFirstColumn="0" w:firstRowLastColumn="0" w:lastRowFirstColumn="0" w:lastRowLastColumn="0"/>
            </w:pPr>
          </w:p>
        </w:tc>
      </w:tr>
      <w:tr w:rsidR="00C77863" w:rsidTr="58A9A0BB" w14:paraId="5D2E1E35" w14:textId="77777777">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045" w:type="dxa"/>
            <w:vAlign w:val="center"/>
          </w:tcPr>
          <w:p w:rsidR="00C77863" w:rsidP="00AC3B20" w:rsidRDefault="6E9E01E2" w14:paraId="108A072D" w14:textId="77777777">
            <w:pPr>
              <w:adjustRightInd w:val="0"/>
              <w:snapToGrid w:val="0"/>
              <w:jc w:val="center"/>
            </w:pPr>
            <w:proofErr w:type="spellStart"/>
            <w:r>
              <w:t>支店名</w:t>
            </w:r>
            <w:proofErr w:type="spellEnd"/>
          </w:p>
        </w:tc>
        <w:tc>
          <w:tcPr>
            <w:tcW w:w="5595" w:type="dxa"/>
            <w:vAlign w:val="center"/>
          </w:tcPr>
          <w:p w:rsidR="00C77863" w:rsidP="00AC3B20" w:rsidRDefault="00C77863" w14:paraId="0A37501D" w14:textId="77777777">
            <w:pPr>
              <w:adjustRightInd w:val="0"/>
              <w:snapToGrid w:val="0"/>
              <w:cnfStyle w:val="000000100000" w:firstRow="0" w:lastRow="0" w:firstColumn="0" w:lastColumn="0" w:oddVBand="0" w:evenVBand="0" w:oddHBand="1" w:evenHBand="0" w:firstRowFirstColumn="0" w:firstRowLastColumn="0" w:lastRowFirstColumn="0" w:lastRowLastColumn="0"/>
            </w:pPr>
          </w:p>
        </w:tc>
      </w:tr>
      <w:tr w:rsidR="00C77863" w:rsidTr="58A9A0BB" w14:paraId="42BF3CDC" w14:textId="77777777">
        <w:trPr>
          <w:cnfStyle w:val="000000010000" w:firstRow="0" w:lastRow="0" w:firstColumn="0" w:lastColumn="0" w:oddVBand="0" w:evenVBand="0" w:oddHBand="0" w:evenHBand="1"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3045" w:type="dxa"/>
            <w:vAlign w:val="center"/>
          </w:tcPr>
          <w:p w:rsidR="00C77863" w:rsidP="00AC3B20" w:rsidRDefault="6E9E01E2" w14:paraId="754ED468" w14:textId="77777777">
            <w:pPr>
              <w:adjustRightInd w:val="0"/>
              <w:snapToGrid w:val="0"/>
              <w:jc w:val="center"/>
            </w:pPr>
            <w:proofErr w:type="spellStart"/>
            <w:r>
              <w:t>預金種別・口座番号</w:t>
            </w:r>
            <w:proofErr w:type="spellEnd"/>
          </w:p>
        </w:tc>
        <w:tc>
          <w:tcPr>
            <w:tcW w:w="5595" w:type="dxa"/>
            <w:vAlign w:val="center"/>
          </w:tcPr>
          <w:p w:rsidR="00C77863" w:rsidP="00AC3B20" w:rsidRDefault="6E9E01E2" w14:paraId="6C5ED2F3" w14:textId="6F2BEB9F">
            <w:pPr>
              <w:adjustRightInd w:val="0"/>
              <w:snapToGrid w:val="0"/>
              <w:cnfStyle w:val="000000010000" w:firstRow="0" w:lastRow="0" w:firstColumn="0" w:lastColumn="0" w:oddVBand="0" w:evenVBand="0" w:oddHBand="0" w:evenHBand="1" w:firstRowFirstColumn="0" w:firstRowLastColumn="0" w:lastRowFirstColumn="0" w:lastRowLastColumn="0"/>
              <w:rPr>
                <w:lang w:eastAsia="ja-JP"/>
              </w:rPr>
            </w:pPr>
            <w:r>
              <w:rPr>
                <w:lang w:eastAsia="ja-JP"/>
              </w:rPr>
              <w:t xml:space="preserve">普通・当座　　　</w:t>
            </w:r>
            <w:r w:rsidR="01F5B9CC">
              <w:rPr>
                <w:lang w:eastAsia="ja-JP"/>
              </w:rPr>
              <w:t>口座</w:t>
            </w:r>
            <w:r>
              <w:rPr>
                <w:lang w:eastAsia="ja-JP"/>
              </w:rPr>
              <w:t>番号</w:t>
            </w:r>
            <w:r w:rsidR="2DAF7BB4">
              <w:rPr>
                <w:lang w:eastAsia="ja-JP"/>
              </w:rPr>
              <w:t>：</w:t>
            </w:r>
          </w:p>
        </w:tc>
      </w:tr>
      <w:tr w:rsidR="00C77863" w:rsidTr="58A9A0BB" w14:paraId="70A6D246" w14:textId="77777777">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3045" w:type="dxa"/>
            <w:vAlign w:val="center"/>
          </w:tcPr>
          <w:p w:rsidR="00C77863" w:rsidP="00AC3B20" w:rsidRDefault="6E9E01E2" w14:paraId="09F9529C" w14:textId="77777777">
            <w:pPr>
              <w:adjustRightInd w:val="0"/>
              <w:snapToGrid w:val="0"/>
              <w:jc w:val="center"/>
              <w:rPr>
                <w:lang w:eastAsia="ja-JP"/>
              </w:rPr>
            </w:pPr>
            <w:r>
              <w:rPr>
                <w:lang w:eastAsia="ja-JP"/>
              </w:rPr>
              <w:t>口座名義（フリガナ）</w:t>
            </w:r>
          </w:p>
        </w:tc>
        <w:tc>
          <w:tcPr>
            <w:tcW w:w="5595" w:type="dxa"/>
            <w:vAlign w:val="center"/>
          </w:tcPr>
          <w:p w:rsidR="00C77863" w:rsidP="00AC3B20" w:rsidRDefault="00C77863" w14:paraId="5DAB6C7B" w14:textId="77777777">
            <w:pPr>
              <w:adjustRightInd w:val="0"/>
              <w:snapToGrid w:val="0"/>
              <w:cnfStyle w:val="000000100000" w:firstRow="0" w:lastRow="0" w:firstColumn="0" w:lastColumn="0" w:oddVBand="0" w:evenVBand="0" w:oddHBand="1" w:evenHBand="0" w:firstRowFirstColumn="0" w:firstRowLastColumn="0" w:lastRowFirstColumn="0" w:lastRowLastColumn="0"/>
              <w:rPr>
                <w:lang w:eastAsia="ja-JP"/>
              </w:rPr>
            </w:pPr>
          </w:p>
        </w:tc>
      </w:tr>
    </w:tbl>
    <w:p w:rsidR="6E9E01E2" w:rsidP="00AC3B20" w:rsidRDefault="6E9E01E2" w14:paraId="5126AC97" w14:textId="0F3BDA55">
      <w:pPr>
        <w:adjustRightInd w:val="0"/>
        <w:snapToGrid w:val="0"/>
        <w:spacing w:after="0"/>
        <w:rPr>
          <w:lang w:eastAsia="ja-JP"/>
        </w:rPr>
      </w:pPr>
    </w:p>
    <w:p w:rsidR="00C77863" w:rsidP="00AC3B20" w:rsidRDefault="00815F13" w14:paraId="305ECA75" w14:textId="48D7B182">
      <w:pPr>
        <w:adjustRightInd w:val="0"/>
        <w:snapToGrid w:val="0"/>
        <w:spacing w:after="0"/>
        <w:rPr>
          <w:lang w:eastAsia="ja-JP"/>
        </w:rPr>
      </w:pPr>
      <w:r w:rsidRPr="7BE78C26" w:rsidR="2769406B">
        <w:rPr>
          <w:lang w:eastAsia="ja-JP"/>
        </w:rPr>
        <w:t>誓約事項</w:t>
      </w:r>
      <w:r w:rsidRPr="7BE78C26" w:rsidR="37D4A4E4">
        <w:rPr>
          <w:lang w:eastAsia="ja-JP"/>
        </w:rPr>
        <w:t>（</w:t>
      </w:r>
      <w:r w:rsidRPr="7BE78C26" w:rsidR="2CF28CB1">
        <w:rPr>
          <w:lang w:eastAsia="ja-JP"/>
        </w:rPr>
        <w:t>申請者本人</w:t>
      </w:r>
      <w:r w:rsidRPr="7BE78C26" w:rsidR="37D4A4E4">
        <w:rPr>
          <w:lang w:eastAsia="ja-JP"/>
        </w:rPr>
        <w:t>がご確認の上、チェックをお願いします。）</w:t>
      </w:r>
    </w:p>
    <w:p w:rsidR="00D716E9" w:rsidP="491805BF" w:rsidRDefault="291A1CAE" w14:paraId="79E8B038" w14:textId="240B1F7D">
      <w:pPr>
        <w:spacing w:after="0"/>
        <w:rPr>
          <w:lang w:eastAsia="ja-JP"/>
        </w:rPr>
      </w:pPr>
      <w:r w:rsidRPr="491805BF">
        <w:rPr>
          <w:lang w:eastAsia="ja-JP"/>
        </w:rPr>
        <w:t xml:space="preserve">　</w:t>
      </w:r>
      <w:r w:rsidR="00984C37">
        <w:rPr>
          <w:rFonts w:hint="eastAsia"/>
          <w:lang w:eastAsia="ja-JP"/>
        </w:rPr>
        <w:t>□</w:t>
      </w:r>
      <w:r w:rsidRPr="491805BF" w:rsidR="29B389B3">
        <w:rPr>
          <w:lang w:eastAsia="ja-JP"/>
        </w:rPr>
        <w:t xml:space="preserve"> </w:t>
      </w:r>
      <w:r w:rsidRPr="491805BF" w:rsidR="29B389B3">
        <w:rPr>
          <w:lang w:eastAsia="ja-JP"/>
        </w:rPr>
        <w:t>前橋市内に住所を有しています。</w:t>
      </w:r>
    </w:p>
    <w:p w:rsidR="00D716E9" w:rsidP="491805BF" w:rsidRDefault="7379D094" w14:paraId="07FF5648" w14:textId="0FEBBAA0">
      <w:pPr>
        <w:spacing w:after="0"/>
        <w:rPr>
          <w:lang w:eastAsia="ja-JP"/>
        </w:rPr>
      </w:pPr>
      <w:r w:rsidRPr="491805BF">
        <w:rPr>
          <w:lang w:eastAsia="ja-JP"/>
        </w:rPr>
        <w:t xml:space="preserve">　</w:t>
      </w:r>
      <w:r w:rsidR="00984C37">
        <w:rPr>
          <w:rFonts w:hint="eastAsia"/>
          <w:lang w:eastAsia="ja-JP"/>
        </w:rPr>
        <w:t>□</w:t>
      </w:r>
      <w:r w:rsidRPr="491805BF" w:rsidR="29B389B3">
        <w:rPr>
          <w:lang w:eastAsia="ja-JP"/>
        </w:rPr>
        <w:t xml:space="preserve"> </w:t>
      </w:r>
      <w:r w:rsidRPr="491805BF" w:rsidR="29B389B3">
        <w:rPr>
          <w:lang w:eastAsia="ja-JP"/>
        </w:rPr>
        <w:t>令和８年度に満６５歳以上です。</w:t>
      </w:r>
    </w:p>
    <w:p w:rsidR="00D716E9" w:rsidP="491805BF" w:rsidRDefault="7379D094" w14:paraId="14C7C825" w14:textId="50E055CC">
      <w:pPr>
        <w:spacing w:after="0"/>
        <w:rPr>
          <w:lang w:eastAsia="ja-JP"/>
        </w:rPr>
      </w:pPr>
      <w:r w:rsidRPr="491805BF">
        <w:rPr>
          <w:lang w:eastAsia="ja-JP"/>
        </w:rPr>
        <w:t xml:space="preserve">　</w:t>
      </w:r>
      <w:r w:rsidR="00984C37">
        <w:rPr>
          <w:rFonts w:hint="eastAsia"/>
          <w:lang w:eastAsia="ja-JP"/>
        </w:rPr>
        <w:t>□</w:t>
      </w:r>
      <w:r w:rsidRPr="491805BF" w:rsidR="29B389B3">
        <w:rPr>
          <w:lang w:eastAsia="ja-JP"/>
        </w:rPr>
        <w:t xml:space="preserve"> </w:t>
      </w:r>
      <w:r w:rsidRPr="491805BF" w:rsidR="29B389B3">
        <w:rPr>
          <w:lang w:eastAsia="ja-JP"/>
        </w:rPr>
        <w:t>本補助金の交付申請は初めてです。</w:t>
      </w:r>
    </w:p>
    <w:p w:rsidR="00D716E9" w:rsidP="491805BF" w:rsidRDefault="03C52D20" w14:paraId="1F5D38A7" w14:textId="29007719">
      <w:pPr>
        <w:spacing w:after="0"/>
        <w:rPr>
          <w:lang w:eastAsia="ja-JP"/>
        </w:rPr>
      </w:pPr>
      <w:r w:rsidRPr="491805BF">
        <w:rPr>
          <w:lang w:eastAsia="ja-JP"/>
        </w:rPr>
        <w:t xml:space="preserve">　</w:t>
      </w:r>
      <w:r w:rsidR="00984C37">
        <w:rPr>
          <w:rFonts w:hint="eastAsia"/>
          <w:lang w:eastAsia="ja-JP"/>
        </w:rPr>
        <w:t>□</w:t>
      </w:r>
      <w:r w:rsidR="00BB40BB">
        <w:rPr>
          <w:rFonts w:hint="eastAsia"/>
          <w:lang w:eastAsia="ja-JP"/>
        </w:rPr>
        <w:t xml:space="preserve"> </w:t>
      </w:r>
      <w:r w:rsidRPr="491805BF" w:rsidR="29B389B3">
        <w:rPr>
          <w:lang w:eastAsia="ja-JP"/>
        </w:rPr>
        <w:t>同一ラジオについて他の補助を受けていません。</w:t>
      </w:r>
    </w:p>
    <w:p w:rsidR="291A1CAE" w:rsidP="491805BF" w:rsidRDefault="03C52D20" w14:paraId="20209116" w14:textId="0D224DC1">
      <w:pPr>
        <w:spacing w:after="0"/>
        <w:rPr>
          <w:lang w:eastAsia="ja-JP"/>
        </w:rPr>
      </w:pPr>
      <w:r w:rsidRPr="491805BF">
        <w:rPr>
          <w:lang w:eastAsia="ja-JP"/>
        </w:rPr>
        <w:t xml:space="preserve">　</w:t>
      </w:r>
      <w:r w:rsidR="00984C37">
        <w:rPr>
          <w:rFonts w:hint="eastAsia"/>
          <w:lang w:eastAsia="ja-JP"/>
        </w:rPr>
        <w:t>□</w:t>
      </w:r>
      <w:r w:rsidR="29B389B3">
        <w:rPr>
          <w:lang w:eastAsia="ja-JP"/>
        </w:rPr>
        <w:t xml:space="preserve"> </w:t>
      </w:r>
      <w:r w:rsidR="29B389B3">
        <w:rPr>
          <w:lang w:eastAsia="ja-JP"/>
        </w:rPr>
        <w:t>申請内容に虚偽はありません。</w:t>
      </w:r>
    </w:p>
    <w:p w:rsidR="491805BF" w:rsidP="491805BF" w:rsidRDefault="491805BF" w14:paraId="101C8484" w14:textId="00EF8B82">
      <w:pPr>
        <w:spacing w:after="0"/>
        <w:rPr>
          <w:lang w:eastAsia="ja-JP"/>
        </w:rPr>
      </w:pPr>
    </w:p>
    <w:p w:rsidR="00474CC5" w:rsidP="491805BF" w:rsidRDefault="00474CC5" w14:paraId="2188DF12" w14:textId="77777777">
      <w:pPr>
        <w:spacing w:after="0"/>
        <w:rPr>
          <w:lang w:eastAsia="ja-JP"/>
        </w:rPr>
      </w:pPr>
    </w:p>
    <w:p w:rsidR="00D716E9" w:rsidP="491805BF" w:rsidRDefault="0F0DBB61" w14:paraId="7C9D1F35" w14:textId="77777777">
      <w:pPr>
        <w:spacing w:after="0"/>
        <w:rPr>
          <w:lang w:eastAsia="ja-JP"/>
        </w:rPr>
      </w:pPr>
      <w:r>
        <w:rPr>
          <w:lang w:eastAsia="ja-JP"/>
        </w:rPr>
        <w:t>【担当記入欄】</w:t>
      </w:r>
    </w:p>
    <w:p w:rsidR="00D716E9" w:rsidP="491805BF" w:rsidRDefault="53FA58CB" w14:paraId="547903D8" w14:textId="45AC751F">
      <w:pPr>
        <w:spacing w:after="0"/>
        <w:rPr>
          <w:lang w:eastAsia="ja-JP"/>
        </w:rPr>
      </w:pPr>
      <w:r>
        <w:rPr>
          <w:lang w:eastAsia="ja-JP"/>
        </w:rPr>
        <w:t xml:space="preserve">　</w:t>
      </w:r>
      <w:r w:rsidR="00984C37">
        <w:rPr>
          <w:rFonts w:hint="eastAsia"/>
          <w:lang w:eastAsia="ja-JP"/>
        </w:rPr>
        <w:t>□</w:t>
      </w:r>
      <w:r>
        <w:rPr>
          <w:lang w:eastAsia="ja-JP"/>
        </w:rPr>
        <w:t>上記内容について、問題ないことを確認しました。</w:t>
      </w:r>
    </w:p>
    <w:p w:rsidR="1DD83ACB" w:rsidP="491805BF" w:rsidRDefault="22892494" w14:paraId="333096F5" w14:textId="692AC625">
      <w:pPr>
        <w:spacing w:after="0"/>
        <w:rPr>
          <w:lang w:eastAsia="ja-JP"/>
        </w:rPr>
      </w:pPr>
      <w:r>
        <w:rPr>
          <w:lang w:eastAsia="ja-JP"/>
        </w:rPr>
        <w:t xml:space="preserve">　</w:t>
      </w:r>
      <w:r w:rsidR="00474CC5">
        <w:rPr>
          <w:rFonts w:hint="eastAsia"/>
          <w:lang w:eastAsia="ja-JP"/>
        </w:rPr>
        <w:t xml:space="preserve">　</w:t>
      </w:r>
      <w:r>
        <w:rPr>
          <w:lang w:eastAsia="ja-JP"/>
        </w:rPr>
        <w:t>担当者氏名：</w:t>
      </w:r>
    </w:p>
    <w:sectPr w:rsidR="1DD83ACB"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hint="default" w:ascii="Symbol" w:hAnsi="Symbol"/>
      </w:rPr>
    </w:lvl>
  </w:abstractNum>
  <w:num w:numId="1" w16cid:durableId="1149204447">
    <w:abstractNumId w:val="2"/>
  </w:num>
  <w:num w:numId="2" w16cid:durableId="1453592751">
    <w:abstractNumId w:val="0"/>
  </w:num>
  <w:num w:numId="3" w16cid:durableId="1516991256">
    <w:abstractNumId w:val="1"/>
  </w:num>
  <w:num w:numId="4" w16cid:durableId="196357062">
    <w:abstractNumId w:val="4"/>
  </w:num>
  <w:num w:numId="5" w16cid:durableId="369232302">
    <w:abstractNumId w:val="8"/>
  </w:num>
  <w:num w:numId="6" w16cid:durableId="552084816">
    <w:abstractNumId w:val="5"/>
  </w:num>
  <w:num w:numId="7" w16cid:durableId="77756421">
    <w:abstractNumId w:val="7"/>
  </w:num>
  <w:num w:numId="8" w16cid:durableId="854995474">
    <w:abstractNumId w:val="6"/>
  </w:num>
  <w:num w:numId="9" w16cid:durableId="931549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4CDD"/>
    <w:rsid w:val="0029639D"/>
    <w:rsid w:val="00326F90"/>
    <w:rsid w:val="003A53A4"/>
    <w:rsid w:val="00443192"/>
    <w:rsid w:val="00474CC5"/>
    <w:rsid w:val="004A1A59"/>
    <w:rsid w:val="004C789D"/>
    <w:rsid w:val="005F46F2"/>
    <w:rsid w:val="006D5CA1"/>
    <w:rsid w:val="007F0AF7"/>
    <w:rsid w:val="00815F13"/>
    <w:rsid w:val="0088746D"/>
    <w:rsid w:val="008B269C"/>
    <w:rsid w:val="00984C37"/>
    <w:rsid w:val="00990ECF"/>
    <w:rsid w:val="009B1F2B"/>
    <w:rsid w:val="009C4AD7"/>
    <w:rsid w:val="00A24297"/>
    <w:rsid w:val="00A64ED3"/>
    <w:rsid w:val="00AA1D8D"/>
    <w:rsid w:val="00AC3B20"/>
    <w:rsid w:val="00AF5ABF"/>
    <w:rsid w:val="00B03930"/>
    <w:rsid w:val="00B47730"/>
    <w:rsid w:val="00B52989"/>
    <w:rsid w:val="00BB40BB"/>
    <w:rsid w:val="00BC44CE"/>
    <w:rsid w:val="00BF7D5B"/>
    <w:rsid w:val="00C107C5"/>
    <w:rsid w:val="00C77863"/>
    <w:rsid w:val="00CB0664"/>
    <w:rsid w:val="00D716E9"/>
    <w:rsid w:val="00DD148A"/>
    <w:rsid w:val="00F97497"/>
    <w:rsid w:val="00FC693F"/>
    <w:rsid w:val="01F5B9CC"/>
    <w:rsid w:val="03C52D20"/>
    <w:rsid w:val="0500D754"/>
    <w:rsid w:val="052E314A"/>
    <w:rsid w:val="05C540E1"/>
    <w:rsid w:val="0819A5DF"/>
    <w:rsid w:val="0870095C"/>
    <w:rsid w:val="0A3D2D58"/>
    <w:rsid w:val="0B1F63A1"/>
    <w:rsid w:val="0F0DBB61"/>
    <w:rsid w:val="10B6CBB5"/>
    <w:rsid w:val="119CED90"/>
    <w:rsid w:val="13E0369C"/>
    <w:rsid w:val="1681FAFB"/>
    <w:rsid w:val="16AA4ABF"/>
    <w:rsid w:val="16DCF679"/>
    <w:rsid w:val="172A1C2C"/>
    <w:rsid w:val="1BB66473"/>
    <w:rsid w:val="1CFB60A0"/>
    <w:rsid w:val="1DD83ACB"/>
    <w:rsid w:val="20BD34F0"/>
    <w:rsid w:val="22892494"/>
    <w:rsid w:val="22EC3A28"/>
    <w:rsid w:val="233726C9"/>
    <w:rsid w:val="23B0767B"/>
    <w:rsid w:val="2424FF0E"/>
    <w:rsid w:val="250CCE80"/>
    <w:rsid w:val="25734511"/>
    <w:rsid w:val="25960781"/>
    <w:rsid w:val="26168486"/>
    <w:rsid w:val="26344F63"/>
    <w:rsid w:val="26B335C4"/>
    <w:rsid w:val="2769406B"/>
    <w:rsid w:val="27E8C6C1"/>
    <w:rsid w:val="28152DFE"/>
    <w:rsid w:val="291A1CAE"/>
    <w:rsid w:val="29B389B3"/>
    <w:rsid w:val="2A416BED"/>
    <w:rsid w:val="2BE1F57C"/>
    <w:rsid w:val="2CB3C1D7"/>
    <w:rsid w:val="2CF28CB1"/>
    <w:rsid w:val="2D722E7A"/>
    <w:rsid w:val="2DAF7BB4"/>
    <w:rsid w:val="371365F0"/>
    <w:rsid w:val="378C2639"/>
    <w:rsid w:val="37D4A4E4"/>
    <w:rsid w:val="3858EA2B"/>
    <w:rsid w:val="39E56FCC"/>
    <w:rsid w:val="3A334430"/>
    <w:rsid w:val="403597BE"/>
    <w:rsid w:val="4201E7A7"/>
    <w:rsid w:val="420BB07C"/>
    <w:rsid w:val="434C3338"/>
    <w:rsid w:val="4379B822"/>
    <w:rsid w:val="43975B62"/>
    <w:rsid w:val="443C5836"/>
    <w:rsid w:val="4443E8F1"/>
    <w:rsid w:val="44452699"/>
    <w:rsid w:val="4559C666"/>
    <w:rsid w:val="4596607D"/>
    <w:rsid w:val="491805BF"/>
    <w:rsid w:val="49EE5E25"/>
    <w:rsid w:val="4BB427EC"/>
    <w:rsid w:val="4ECF7D09"/>
    <w:rsid w:val="5093D5FD"/>
    <w:rsid w:val="520AD6BA"/>
    <w:rsid w:val="53FA58CB"/>
    <w:rsid w:val="54BE41D0"/>
    <w:rsid w:val="57B80003"/>
    <w:rsid w:val="58A9A0BB"/>
    <w:rsid w:val="5914F89E"/>
    <w:rsid w:val="5A31E221"/>
    <w:rsid w:val="5ADE5EE7"/>
    <w:rsid w:val="5B831248"/>
    <w:rsid w:val="5D3DAAAD"/>
    <w:rsid w:val="620B5E91"/>
    <w:rsid w:val="640053DA"/>
    <w:rsid w:val="64E2E2D8"/>
    <w:rsid w:val="6568F528"/>
    <w:rsid w:val="65BA925F"/>
    <w:rsid w:val="67B6C3D9"/>
    <w:rsid w:val="68C24028"/>
    <w:rsid w:val="6BE812C7"/>
    <w:rsid w:val="6C2B1F04"/>
    <w:rsid w:val="6E674700"/>
    <w:rsid w:val="6E757E5D"/>
    <w:rsid w:val="6E9E01E2"/>
    <w:rsid w:val="6ECE4B42"/>
    <w:rsid w:val="70A5DE8A"/>
    <w:rsid w:val="7379D094"/>
    <w:rsid w:val="74DA257F"/>
    <w:rsid w:val="75B3521B"/>
    <w:rsid w:val="771FBC36"/>
    <w:rsid w:val="79B094E9"/>
    <w:rsid w:val="7B897A84"/>
    <w:rsid w:val="7BE78C26"/>
    <w:rsid w:val="7D070B25"/>
    <w:rsid w:val="7D5397AB"/>
    <w:rsid w:val="7D7B9129"/>
    <w:rsid w:val="7D9E4736"/>
    <w:rsid w:val="7E4AF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4062061"/>
  <w14:defaultImageDpi w14:val="300"/>
  <w15:docId w15:val="{D63E3784-CB39-4B72-8B16-A9685851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1" w:default="1">
    <w:name w:val="Normal"/>
    <w:qFormat/>
    <w:rsid w:val="00FC693F"/>
  </w:style>
  <w:style w:type="paragraph" w:styleId="1">
    <w:name w:val="heading 1"/>
    <w:basedOn w:val="a1"/>
    <w:next w:val="a1"/>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21">
    <w:name w:val="heading 2"/>
    <w:basedOn w:val="a1"/>
    <w:next w:val="a1"/>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31">
    <w:name w:val="heading 3"/>
    <w:basedOn w:val="a1"/>
    <w:next w:val="a1"/>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4">
    <w:name w:val="heading 4"/>
    <w:basedOn w:val="a1"/>
    <w:next w:val="a1"/>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5">
    <w:name w:val="heading 5"/>
    <w:basedOn w:val="a1"/>
    <w:next w:val="a1"/>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6">
    <w:name w:val="heading 6"/>
    <w:basedOn w:val="a1"/>
    <w:next w:val="a1"/>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7">
    <w:name w:val="heading 7"/>
    <w:basedOn w:val="a1"/>
    <w:next w:val="a1"/>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8">
    <w:name w:val="heading 8"/>
    <w:basedOn w:val="a1"/>
    <w:next w:val="a1"/>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9">
    <w:name w:val="heading 9"/>
    <w:basedOn w:val="a1"/>
    <w:next w:val="a1"/>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a2" w:default="1">
    <w:name w:val="Default Paragraph Font"/>
    <w:uiPriority w:val="1"/>
    <w:semiHidden/>
    <w:unhideWhenUsed/>
  </w:style>
  <w:style w:type="table" w:styleId="a3" w:default="1">
    <w:name w:val="Normal Table"/>
    <w:uiPriority w:val="99"/>
    <w:semiHidden/>
    <w:unhideWhenUsed/>
    <w:tblPr>
      <w:tblInd w:w="0" w:type="dxa"/>
      <w:tblCellMar>
        <w:top w:w="0" w:type="dxa"/>
        <w:left w:w="108" w:type="dxa"/>
        <w:bottom w:w="0" w:type="dxa"/>
        <w:right w:w="108" w:type="dxa"/>
      </w:tblCellMar>
    </w:tblPr>
  </w:style>
  <w:style w:type="numbering" w:styleId="a4" w:default="1">
    <w:name w:val="No List"/>
    <w:uiPriority w:val="99"/>
    <w:semiHidden/>
    <w:unhideWhenUsed/>
  </w:style>
  <w:style w:type="character" w:styleId="10" w:customStyle="1">
    <w:name w:val="見出し 1 (文字)"/>
    <w:basedOn w:val="a2"/>
    <w:uiPriority w:val="9"/>
    <w:rsid w:val="00AC3B20"/>
    <w:rPr>
      <w:rFonts w:asciiTheme="majorHAnsi" w:hAnsiTheme="majorHAnsi" w:eastAsiaTheme="majorEastAsia" w:cstheme="majorBidi"/>
      <w:b/>
      <w:bCs/>
      <w:color w:val="365F91" w:themeColor="accent1" w:themeShade="BF"/>
      <w:sz w:val="28"/>
      <w:szCs w:val="28"/>
    </w:rPr>
  </w:style>
  <w:style w:type="character" w:styleId="HeaderChar" w:customStyle="1">
    <w:name w:val="Header Char"/>
    <w:basedOn w:val="a2"/>
    <w:uiPriority w:val="99"/>
    <w:rsid w:val="00A64ED3"/>
  </w:style>
  <w:style w:type="character" w:styleId="FooterChar" w:customStyle="1">
    <w:name w:val="Footer Char"/>
    <w:basedOn w:val="a2"/>
    <w:uiPriority w:val="99"/>
    <w:rsid w:val="00A64ED3"/>
  </w:style>
  <w:style w:type="paragraph" w:styleId="a5">
    <w:name w:val="No Spacing"/>
    <w:uiPriority w:val="1"/>
    <w:qFormat/>
    <w:rsid w:val="00FC693F"/>
    <w:pPr>
      <w:spacing w:after="0" w:line="240" w:lineRule="auto"/>
    </w:pPr>
  </w:style>
  <w:style w:type="character" w:styleId="BodyTextChar" w:customStyle="1">
    <w:name w:val="Body Text Char"/>
    <w:basedOn w:val="a2"/>
    <w:uiPriority w:val="99"/>
    <w:rsid w:val="00A64ED3"/>
  </w:style>
  <w:style w:type="character" w:styleId="BodyText2Char" w:customStyle="1">
    <w:name w:val="Body Text 2 Char"/>
    <w:basedOn w:val="a2"/>
    <w:uiPriority w:val="99"/>
    <w:rsid w:val="00A64ED3"/>
  </w:style>
  <w:style w:type="character" w:styleId="BodyText3Char" w:customStyle="1">
    <w:name w:val="Body Text 3 Char"/>
    <w:basedOn w:val="a2"/>
    <w:uiPriority w:val="99"/>
    <w:rsid w:val="00A64ED3"/>
    <w:rPr>
      <w:sz w:val="16"/>
      <w:szCs w:val="16"/>
    </w:rPr>
  </w:style>
  <w:style w:type="paragraph" w:styleId="a6">
    <w:name w:val="List Paragraph"/>
    <w:basedOn w:val="a1"/>
    <w:uiPriority w:val="34"/>
    <w:qFormat/>
    <w:rsid w:val="00FC693F"/>
    <w:pPr>
      <w:ind w:left="720"/>
      <w:contextualSpacing/>
    </w:pPr>
  </w:style>
  <w:style w:type="character" w:styleId="MacroTextChar" w:customStyle="1">
    <w:name w:val="Macro Text Char"/>
    <w:basedOn w:val="a2"/>
    <w:uiPriority w:val="99"/>
    <w:rsid w:val="00A64ED3"/>
    <w:rPr>
      <w:rFonts w:ascii="Courier" w:hAnsi="Courier"/>
      <w:sz w:val="20"/>
      <w:szCs w:val="20"/>
    </w:rPr>
  </w:style>
  <w:style w:type="paragraph" w:styleId="a7">
    <w:name w:val="List"/>
    <w:basedOn w:val="a1"/>
    <w:uiPriority w:val="99"/>
    <w:unhideWhenUsed/>
    <w:rsid w:val="00AA1D8D"/>
    <w:pPr>
      <w:ind w:left="360" w:hanging="360"/>
      <w:contextualSpacing/>
    </w:pPr>
  </w:style>
  <w:style w:type="paragraph" w:styleId="22">
    <w:name w:val="List 2"/>
    <w:basedOn w:val="a1"/>
    <w:uiPriority w:val="99"/>
    <w:unhideWhenUsed/>
    <w:rsid w:val="00326F90"/>
    <w:pPr>
      <w:ind w:left="720" w:hanging="360"/>
      <w:contextualSpacing/>
    </w:pPr>
  </w:style>
  <w:style w:type="paragraph" w:styleId="32">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5"/>
      </w:numPr>
      <w:contextualSpacing/>
    </w:pPr>
  </w:style>
  <w:style w:type="paragraph" w:styleId="20">
    <w:name w:val="List Bullet 2"/>
    <w:basedOn w:val="a1"/>
    <w:uiPriority w:val="99"/>
    <w:unhideWhenUsed/>
    <w:rsid w:val="00326F90"/>
    <w:pPr>
      <w:numPr>
        <w:numId w:val="8"/>
      </w:numPr>
      <w:contextualSpacing/>
    </w:pPr>
  </w:style>
  <w:style w:type="paragraph" w:styleId="30">
    <w:name w:val="List Bullet 3"/>
    <w:basedOn w:val="a1"/>
    <w:uiPriority w:val="99"/>
    <w:unhideWhenUsed/>
    <w:rsid w:val="00326F90"/>
    <w:pPr>
      <w:numPr>
        <w:numId w:val="6"/>
      </w:numPr>
      <w:contextualSpacing/>
    </w:pPr>
  </w:style>
  <w:style w:type="paragraph" w:styleId="a">
    <w:name w:val="List Number"/>
    <w:basedOn w:val="a1"/>
    <w:uiPriority w:val="99"/>
    <w:unhideWhenUsed/>
    <w:rsid w:val="00326F90"/>
    <w:pPr>
      <w:numPr>
        <w:numId w:val="7"/>
      </w:numPr>
      <w:contextualSpacing/>
    </w:pPr>
  </w:style>
  <w:style w:type="paragraph" w:styleId="2">
    <w:name w:val="List Number 2"/>
    <w:basedOn w:val="a1"/>
    <w:uiPriority w:val="99"/>
    <w:unhideWhenUsed/>
    <w:rsid w:val="0029639D"/>
    <w:pPr>
      <w:numPr>
        <w:numId w:val="9"/>
      </w:numPr>
      <w:contextualSpacing/>
    </w:pPr>
  </w:style>
  <w:style w:type="paragraph" w:styleId="3">
    <w:name w:val="List Number 3"/>
    <w:basedOn w:val="a1"/>
    <w:uiPriority w:val="99"/>
    <w:unhideWhenUsed/>
    <w:rsid w:val="0029639D"/>
    <w:pPr>
      <w:numPr>
        <w:numId w:val="1"/>
      </w:numPr>
      <w:contextualSpacing/>
    </w:pPr>
  </w:style>
  <w:style w:type="paragraph" w:styleId="a8">
    <w:name w:val="List Continue"/>
    <w:basedOn w:val="a1"/>
    <w:uiPriority w:val="99"/>
    <w:unhideWhenUsed/>
    <w:rsid w:val="0029639D"/>
    <w:pPr>
      <w:spacing w:after="120"/>
      <w:ind w:left="360"/>
      <w:contextualSpacing/>
    </w:pPr>
  </w:style>
  <w:style w:type="paragraph" w:styleId="23">
    <w:name w:val="List Continue 2"/>
    <w:basedOn w:val="a1"/>
    <w:uiPriority w:val="99"/>
    <w:unhideWhenUsed/>
    <w:rsid w:val="0029639D"/>
    <w:pPr>
      <w:spacing w:after="120"/>
      <w:ind w:left="720"/>
      <w:contextualSpacing/>
    </w:pPr>
  </w:style>
  <w:style w:type="paragraph" w:styleId="33">
    <w:name w:val="List Continue 3"/>
    <w:basedOn w:val="a1"/>
    <w:uiPriority w:val="99"/>
    <w:unhideWhenUsed/>
    <w:rsid w:val="0029639D"/>
    <w:pPr>
      <w:spacing w:after="120"/>
      <w:ind w:left="1080"/>
      <w:contextualSpacing/>
    </w:pPr>
  </w:style>
  <w:style w:type="character" w:styleId="11" w:customStyle="1">
    <w:name w:val="表題 (文字)1"/>
    <w:basedOn w:val="a2"/>
    <w:uiPriority w:val="10"/>
    <w:rsid w:val="00A64ED3"/>
    <w:rPr>
      <w:rFonts w:asciiTheme="majorHAnsi" w:hAnsiTheme="majorHAnsi" w:eastAsiaTheme="majorEastAsia" w:cstheme="majorBidi"/>
      <w:sz w:val="32"/>
      <w:szCs w:val="32"/>
    </w:rPr>
  </w:style>
  <w:style w:type="paragraph" w:styleId="a9">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a">
    <w:name w:val="Strong"/>
    <w:basedOn w:val="a2"/>
    <w:uiPriority w:val="22"/>
    <w:qFormat/>
    <w:rsid w:val="00FC693F"/>
    <w:rPr>
      <w:b/>
      <w:bCs/>
    </w:rPr>
  </w:style>
  <w:style w:type="character" w:styleId="ab">
    <w:name w:val="Emphasis"/>
    <w:basedOn w:val="a2"/>
    <w:uiPriority w:val="20"/>
    <w:qFormat/>
    <w:rsid w:val="00FC693F"/>
    <w:rPr>
      <w:i/>
      <w:iCs/>
    </w:rPr>
  </w:style>
  <w:style w:type="character" w:styleId="12" w:customStyle="1">
    <w:name w:val="副題 (文字)1"/>
    <w:basedOn w:val="a2"/>
    <w:uiPriority w:val="11"/>
    <w:rsid w:val="00A64ED3"/>
    <w:rPr>
      <w:sz w:val="24"/>
      <w:szCs w:val="24"/>
    </w:rPr>
  </w:style>
  <w:style w:type="character" w:styleId="ac">
    <w:name w:val="Subtle Emphasis"/>
    <w:basedOn w:val="a2"/>
    <w:uiPriority w:val="19"/>
    <w:qFormat/>
    <w:rsid w:val="00FC693F"/>
    <w:rPr>
      <w:i/>
      <w:iCs/>
      <w:color w:val="808080" w:themeColor="text1" w:themeTint="7F"/>
    </w:rPr>
  </w:style>
  <w:style w:type="character" w:styleId="24">
    <w:name w:val="Intense Emphasis"/>
    <w:basedOn w:val="a2"/>
    <w:uiPriority w:val="21"/>
    <w:qFormat/>
    <w:rsid w:val="00FC693F"/>
    <w:rPr>
      <w:b/>
      <w:bCs/>
      <w:i/>
      <w:iCs/>
      <w:color w:val="4F81BD" w:themeColor="accent1"/>
    </w:rPr>
  </w:style>
  <w:style w:type="character" w:styleId="ad">
    <w:name w:val="Subtle Reference"/>
    <w:basedOn w:val="a2"/>
    <w:uiPriority w:val="31"/>
    <w:qFormat/>
    <w:rsid w:val="00FC693F"/>
    <w:rPr>
      <w:smallCaps/>
      <w:color w:val="C0504D" w:themeColor="accent2"/>
      <w:u w:val="single"/>
    </w:rPr>
  </w:style>
  <w:style w:type="character" w:styleId="25">
    <w:name w:val="Intense Reference"/>
    <w:basedOn w:val="a2"/>
    <w:uiPriority w:val="32"/>
    <w:qFormat/>
    <w:rsid w:val="00FC693F"/>
    <w:rPr>
      <w:b/>
      <w:bCs/>
      <w:smallCaps/>
      <w:color w:val="C0504D" w:themeColor="accent2"/>
      <w:spacing w:val="5"/>
      <w:u w:val="single"/>
    </w:rPr>
  </w:style>
  <w:style w:type="character" w:styleId="ae">
    <w:name w:val="Book Title"/>
    <w:basedOn w:val="a2"/>
    <w:uiPriority w:val="33"/>
    <w:qFormat/>
    <w:rsid w:val="00FC693F"/>
    <w:rPr>
      <w:b/>
      <w:bCs/>
      <w:smallCaps/>
      <w:spacing w:val="5"/>
    </w:rPr>
  </w:style>
  <w:style w:type="paragraph" w:styleId="af">
    <w:name w:val="TOC Heading"/>
    <w:basedOn w:val="1"/>
    <w:next w:val="a1"/>
    <w:uiPriority w:val="39"/>
    <w:semiHidden/>
    <w:unhideWhenUsed/>
    <w:qFormat/>
    <w:rsid w:val="00FC693F"/>
    <w:pPr>
      <w:outlineLvl w:val="9"/>
    </w:pPr>
  </w:style>
  <w:style w:type="table" w:styleId="af0">
    <w:name w:val="Table Grid"/>
    <w:basedOn w:val="a3"/>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
    <w:name w:val="Light Shading"/>
    <w:basedOn w:val="a3"/>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5">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6">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7">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8">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9">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6">
    <w:name w:val="Light List"/>
    <w:basedOn w:val="a3"/>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27">
    <w:name w:val="Light List Accent 1"/>
    <w:basedOn w:val="a3"/>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29">
    <w:name w:val="Light List Accent 3"/>
    <w:basedOn w:val="a3"/>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2a">
    <w:name w:val="Light List Accent 4"/>
    <w:basedOn w:val="a3"/>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2b">
    <w:name w:val="Light List Accent 5"/>
    <w:basedOn w:val="a3"/>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2c">
    <w:name w:val="Light List Accent 6"/>
    <w:basedOn w:val="a3"/>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34">
    <w:name w:val="Light Grid"/>
    <w:basedOn w:val="a3"/>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35">
    <w:name w:val="Light Grid Accent 1"/>
    <w:basedOn w:val="a3"/>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36">
    <w:name w:val="Light Grid Accent 2"/>
    <w:basedOn w:val="a3"/>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37">
    <w:name w:val="Light Grid Accent 3"/>
    <w:basedOn w:val="a3"/>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38">
    <w:name w:val="Light Grid Accent 4"/>
    <w:basedOn w:val="a3"/>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39">
    <w:name w:val="Light Grid Accent 5"/>
    <w:basedOn w:val="a3"/>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3a">
    <w:name w:val="Light Grid Accent 6"/>
    <w:basedOn w:val="a3"/>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40">
    <w:name w:val="Medium Shading 1"/>
    <w:basedOn w:val="a3"/>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1">
    <w:name w:val="Medium Shading 1 Accent 1"/>
    <w:basedOn w:val="a3"/>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2">
    <w:name w:val="Medium Shading 1 Accent 2"/>
    <w:basedOn w:val="a3"/>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3">
    <w:name w:val="Medium Shading 1 Accent 3"/>
    <w:basedOn w:val="a3"/>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4">
    <w:name w:val="Medium Shading 1 Accent 4"/>
    <w:basedOn w:val="a3"/>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5">
    <w:name w:val="Medium Shading 1 Accent 5"/>
    <w:basedOn w:val="a3"/>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6">
    <w:name w:val="Medium Shading 1 Accent 6"/>
    <w:basedOn w:val="a3"/>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0">
    <w:name w:val="Medium Shading 2"/>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1">
    <w:name w:val="Medium Shading 2 Accent 1"/>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2">
    <w:name w:val="Medium Shading 2 Accent 2"/>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3">
    <w:name w:val="Medium Shading 2 Accent 3"/>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4">
    <w:name w:val="Medium Shading 2 Accent 4"/>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5">
    <w:name w:val="Medium Shading 2 Accent 5"/>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6">
    <w:name w:val="Medium Shading 2 Accent 6"/>
    <w:basedOn w:val="a3"/>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0">
    <w:name w:val="Medium List 1"/>
    <w:basedOn w:val="a3"/>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1">
    <w:name w:val="Medium List 1 Accent 1"/>
    <w:basedOn w:val="a3"/>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2">
    <w:name w:val="Medium List 1 Accent 2"/>
    <w:basedOn w:val="a3"/>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3">
    <w:name w:val="Medium List 1 Accent 3"/>
    <w:basedOn w:val="a3"/>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4">
    <w:name w:val="Medium List 1 Accent 4"/>
    <w:basedOn w:val="a3"/>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5">
    <w:name w:val="Medium List 1 Accent 5"/>
    <w:basedOn w:val="a3"/>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6">
    <w:name w:val="Medium List 1 Accent 6"/>
    <w:basedOn w:val="a3"/>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0">
    <w:name w:val="Medium List 2"/>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1">
    <w:name w:val="Medium List 2 Accent 1"/>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2"/>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3"/>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4"/>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5"/>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6"/>
    <w:basedOn w:val="a3"/>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Grid 1"/>
    <w:basedOn w:val="a3"/>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1">
    <w:name w:val="Medium Grid 1 Accent 1"/>
    <w:basedOn w:val="a3"/>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2">
    <w:name w:val="Medium Grid 1 Accent 2"/>
    <w:basedOn w:val="a3"/>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3">
    <w:name w:val="Medium Grid 1 Accent 3"/>
    <w:basedOn w:val="a3"/>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4">
    <w:name w:val="Medium Grid 1 Accent 4"/>
    <w:basedOn w:val="a3"/>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5">
    <w:name w:val="Medium Grid 1 Accent 5"/>
    <w:basedOn w:val="a3"/>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6">
    <w:name w:val="Medium Grid 1 Accent 6"/>
    <w:basedOn w:val="a3"/>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91">
    <w:name w:val="Medium Grid 2 Accent 1"/>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92">
    <w:name w:val="Medium Grid 2 Accent 2"/>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a3"/>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2d" w:customStyle="1">
    <w:name w:val="見出し 2 (文字)"/>
    <w:basedOn w:val="a2"/>
    <w:uiPriority w:val="9"/>
    <w:rsid w:val="00AC3B20"/>
    <w:rPr>
      <w:rFonts w:asciiTheme="majorHAnsi" w:hAnsiTheme="majorHAnsi" w:eastAsiaTheme="majorEastAsia" w:cstheme="majorBidi"/>
      <w:b/>
      <w:bCs/>
      <w:color w:val="4F81BD" w:themeColor="accent1"/>
      <w:sz w:val="26"/>
      <w:szCs w:val="26"/>
    </w:rPr>
  </w:style>
  <w:style w:type="character" w:styleId="3b" w:customStyle="1">
    <w:name w:val="見出し 3 (文字)"/>
    <w:basedOn w:val="a2"/>
    <w:uiPriority w:val="9"/>
    <w:rsid w:val="00AC3B20"/>
    <w:rPr>
      <w:rFonts w:asciiTheme="majorHAnsi" w:hAnsiTheme="majorHAnsi" w:eastAsiaTheme="majorEastAsia" w:cstheme="majorBidi"/>
      <w:b/>
      <w:bCs/>
      <w:color w:val="4F81BD" w:themeColor="accent1"/>
    </w:rPr>
  </w:style>
  <w:style w:type="character" w:styleId="47" w:customStyle="1">
    <w:name w:val="見出し 4 (文字)"/>
    <w:basedOn w:val="a2"/>
    <w:uiPriority w:val="9"/>
    <w:semiHidden/>
    <w:rsid w:val="00AC3B20"/>
    <w:rPr>
      <w:rFonts w:asciiTheme="majorHAnsi" w:hAnsiTheme="majorHAnsi" w:eastAsiaTheme="majorEastAsia" w:cstheme="majorBidi"/>
      <w:b/>
      <w:bCs/>
      <w:i/>
      <w:iCs/>
      <w:color w:val="4F81BD" w:themeColor="accent1"/>
    </w:rPr>
  </w:style>
  <w:style w:type="character" w:styleId="57" w:customStyle="1">
    <w:name w:val="見出し 5 (文字)"/>
    <w:basedOn w:val="a2"/>
    <w:uiPriority w:val="9"/>
    <w:semiHidden/>
    <w:rsid w:val="00AC3B20"/>
    <w:rPr>
      <w:rFonts w:asciiTheme="majorHAnsi" w:hAnsiTheme="majorHAnsi" w:eastAsiaTheme="majorEastAsia" w:cstheme="majorBidi"/>
      <w:color w:val="243F60" w:themeColor="accent1" w:themeShade="7F"/>
    </w:rPr>
  </w:style>
  <w:style w:type="character" w:styleId="67" w:customStyle="1">
    <w:name w:val="見出し 6 (文字)"/>
    <w:basedOn w:val="a2"/>
    <w:uiPriority w:val="9"/>
    <w:semiHidden/>
    <w:rsid w:val="00AC3B20"/>
    <w:rPr>
      <w:rFonts w:asciiTheme="majorHAnsi" w:hAnsiTheme="majorHAnsi" w:eastAsiaTheme="majorEastAsia" w:cstheme="majorBidi"/>
      <w:i/>
      <w:iCs/>
      <w:color w:val="243F60" w:themeColor="accent1" w:themeShade="7F"/>
    </w:rPr>
  </w:style>
  <w:style w:type="character" w:styleId="77" w:customStyle="1">
    <w:name w:val="見出し 7 (文字)"/>
    <w:basedOn w:val="a2"/>
    <w:uiPriority w:val="9"/>
    <w:semiHidden/>
    <w:rsid w:val="00AC3B20"/>
    <w:rPr>
      <w:rFonts w:asciiTheme="majorHAnsi" w:hAnsiTheme="majorHAnsi" w:eastAsiaTheme="majorEastAsia" w:cstheme="majorBidi"/>
      <w:i/>
      <w:iCs/>
      <w:color w:val="404040" w:themeColor="text1" w:themeTint="BF"/>
    </w:rPr>
  </w:style>
  <w:style w:type="character" w:styleId="87" w:customStyle="1">
    <w:name w:val="見出し 8 (文字)"/>
    <w:basedOn w:val="a2"/>
    <w:uiPriority w:val="9"/>
    <w:semiHidden/>
    <w:rsid w:val="00AC3B20"/>
    <w:rPr>
      <w:rFonts w:asciiTheme="majorHAnsi" w:hAnsiTheme="majorHAnsi" w:eastAsiaTheme="majorEastAsia" w:cstheme="majorBidi"/>
      <w:color w:val="4F81BD" w:themeColor="accent1"/>
      <w:sz w:val="20"/>
      <w:szCs w:val="20"/>
    </w:rPr>
  </w:style>
  <w:style w:type="character" w:styleId="97" w:customStyle="1">
    <w:name w:val="見出し 9 (文字)"/>
    <w:basedOn w:val="a2"/>
    <w:uiPriority w:val="9"/>
    <w:semiHidden/>
    <w:rsid w:val="00AC3B20"/>
    <w:rPr>
      <w:rFonts w:asciiTheme="majorHAnsi" w:hAnsiTheme="majorHAnsi" w:eastAsiaTheme="majorEastAsia" w:cstheme="majorBidi"/>
      <w:i/>
      <w:iCs/>
      <w:color w:val="404040" w:themeColor="text1" w:themeTint="BF"/>
      <w:sz w:val="20"/>
      <w:szCs w:val="20"/>
    </w:rPr>
  </w:style>
  <w:style w:type="character" w:styleId="af1" w:customStyle="1">
    <w:name w:val="表題 (文字)"/>
    <w:basedOn w:val="a2"/>
    <w:uiPriority w:val="10"/>
    <w:rsid w:val="00AC3B20"/>
    <w:rPr>
      <w:rFonts w:asciiTheme="majorHAnsi" w:hAnsiTheme="majorHAnsi" w:eastAsiaTheme="majorEastAsia" w:cstheme="majorBidi"/>
      <w:color w:val="17365D" w:themeColor="text2" w:themeShade="BF"/>
      <w:spacing w:val="5"/>
      <w:kern w:val="28"/>
      <w:sz w:val="52"/>
      <w:szCs w:val="52"/>
    </w:rPr>
  </w:style>
  <w:style w:type="character" w:styleId="af2" w:customStyle="1">
    <w:name w:val="副題 (文字)"/>
    <w:basedOn w:val="a2"/>
    <w:uiPriority w:val="11"/>
    <w:rsid w:val="00AC3B20"/>
    <w:rPr>
      <w:rFonts w:asciiTheme="majorHAnsi" w:hAnsiTheme="majorHAnsi" w:eastAsiaTheme="majorEastAsia" w:cstheme="majorBidi"/>
      <w:i/>
      <w:iCs/>
      <w:color w:val="4F81BD" w:themeColor="accent1"/>
      <w:spacing w:val="15"/>
      <w:sz w:val="24"/>
      <w:szCs w:val="24"/>
    </w:rPr>
  </w:style>
  <w:style w:type="character" w:styleId="af3" w:customStyle="1">
    <w:name w:val="引用文 (文字)"/>
    <w:basedOn w:val="a2"/>
    <w:uiPriority w:val="29"/>
    <w:rsid w:val="00AC3B20"/>
    <w:rPr>
      <w:i/>
      <w:iCs/>
      <w:color w:val="000000" w:themeColor="text1"/>
    </w:rPr>
  </w:style>
  <w:style w:type="character" w:styleId="2e" w:customStyle="1">
    <w:name w:val="引用文 2 (文字)"/>
    <w:basedOn w:val="a2"/>
    <w:uiPriority w:val="30"/>
    <w:rsid w:val="00AC3B20"/>
    <w:rPr>
      <w:b/>
      <w:bCs/>
      <w:i/>
      <w:iCs/>
      <w:color w:val="4F81BD" w:themeColor="accent1"/>
    </w:rPr>
  </w:style>
  <w:style w:type="character" w:styleId="af4" w:customStyle="1">
    <w:name w:val="ヘッダー (文字)"/>
    <w:basedOn w:val="a2"/>
    <w:uiPriority w:val="99"/>
    <w:semiHidden/>
    <w:rsid w:val="00AC3B20"/>
  </w:style>
  <w:style w:type="character" w:styleId="af5" w:customStyle="1">
    <w:name w:val="フッター (文字)"/>
    <w:basedOn w:val="a2"/>
    <w:uiPriority w:val="99"/>
    <w:semiHidden/>
    <w:rsid w:val="00AC3B20"/>
  </w:style>
  <w:style w:type="character" w:styleId="af6" w:customStyle="1">
    <w:name w:val="本文 (文字)"/>
    <w:basedOn w:val="a2"/>
    <w:uiPriority w:val="99"/>
    <w:semiHidden/>
    <w:rsid w:val="00AC3B20"/>
  </w:style>
  <w:style w:type="character" w:styleId="2f" w:customStyle="1">
    <w:name w:val="本文 2 (文字)"/>
    <w:basedOn w:val="a2"/>
    <w:uiPriority w:val="99"/>
    <w:semiHidden/>
    <w:rsid w:val="00AC3B20"/>
  </w:style>
  <w:style w:type="character" w:styleId="3c" w:customStyle="1">
    <w:name w:val="本文 3 (文字)"/>
    <w:basedOn w:val="a2"/>
    <w:uiPriority w:val="99"/>
    <w:semiHidden/>
    <w:rsid w:val="00AC3B20"/>
    <w:rPr>
      <w:sz w:val="16"/>
      <w:szCs w:val="16"/>
    </w:rPr>
  </w:style>
  <w:style w:type="character" w:styleId="af7" w:customStyle="1">
    <w:name w:val="マクロ文字列 (文字)"/>
    <w:basedOn w:val="a2"/>
    <w:uiPriority w:val="99"/>
    <w:semiHidden/>
    <w:rsid w:val="00AC3B20"/>
    <w:rPr>
      <w:rFonts w:ascii="Courier New" w:hAnsi="Courier New" w:eastAsia="ＭＳ 明朝" w:cs="Courier New"/>
      <w:sz w:val="18"/>
      <w:szCs w:val="18"/>
    </w:rPr>
  </w:style>
  <w:style w:type="character" w:styleId="1a" w:customStyle="1">
    <w:name w:val="引用文 (文字)1"/>
    <w:basedOn w:val="a2"/>
    <w:uiPriority w:val="29"/>
    <w:rsid w:val="00A64ED3"/>
    <w:rPr>
      <w:i/>
      <w:iCs/>
      <w:color w:val="404040" w:themeColor="text1" w:themeTint="BF"/>
    </w:rPr>
  </w:style>
  <w:style w:type="character" w:styleId="210" w:customStyle="1">
    <w:name w:val="引用文 2 (文字)1"/>
    <w:basedOn w:val="a2"/>
    <w:uiPriority w:val="30"/>
    <w:rsid w:val="00A64ED3"/>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269096350288969ca68d700137bd119e">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4cc267cf9afabeef2cf45b796c93e34a"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d998f2a5-2446-4013-960a-496a19effbcc}"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13D590-7DA6-4B80-BF22-D406E86D97B0}">
  <ds:schemaRefs>
    <ds:schemaRef ds:uri="http://schemas.microsoft.com/office/2006/metadata/properties"/>
    <ds:schemaRef ds:uri="http://schemas.microsoft.com/office/infopath/2007/PartnerControls"/>
    <ds:schemaRef ds:uri="b3536974-9fce-4a35-afcf-ef12334c33a6"/>
    <ds:schemaRef ds:uri="e8f7edb7-df36-41e4-b0e9-dbf4e26f1a20"/>
  </ds:schemaRefs>
</ds:datastoreItem>
</file>

<file path=customXml/itemProps2.xml><?xml version="1.0" encoding="utf-8"?>
<ds:datastoreItem xmlns:ds="http://schemas.openxmlformats.org/officeDocument/2006/customXml" ds:itemID="{088F3BCA-98B8-4DE2-BEBD-C0040CA05B2E}">
  <ds:schemaRefs>
    <ds:schemaRef ds:uri="http://schemas.microsoft.com/sharepoint/v3/contenttype/forms"/>
  </ds:schemaRefs>
</ds:datastoreItem>
</file>

<file path=customXml/itemProps3.xml><?xml version="1.0" encoding="utf-8"?>
<ds:datastoreItem xmlns:ds="http://schemas.openxmlformats.org/officeDocument/2006/customXml" ds:itemID="{2B1CF1DD-93F4-4C5E-92E4-4FCCB4B2F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f7edb7-df36-41e4-b0e9-dbf4e26f1a20"/>
    <ds:schemaRef ds:uri="b3536974-9fce-4a35-afcf-ef12334c3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鈴木　晃司　（防災危機管理課）</dc:creator>
  <keywords/>
  <dc:description>generated by python-docx</dc:description>
  <lastModifiedBy>防災危機管理課</lastModifiedBy>
  <revision>13</revision>
  <dcterms:created xsi:type="dcterms:W3CDTF">2026-08-19T07:06:00.0000000Z</dcterms:created>
  <dcterms:modified xsi:type="dcterms:W3CDTF">2026-10-01T02:39:52.4307784Z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y fmtid="{D5CDD505-2E9C-101B-9397-08002B2CF9AE}" pid="4" name="docLang">
    <vt:lpwstr>ja</vt:lpwstr>
  </property>
</Properties>
</file>